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Pariter Equity S.r.l. — Modello standard di reclamo</w:t>
      </w:r>
    </w:p>
    <w:p>
      <w:r>
        <w:rPr>
          <w:sz w:val="18"/>
        </w:rPr>
        <w:t>Art. 7 Reg. (UE) 2020/1503 (Allegato 16). La presentazione del reclamo è gratuita. Il reclamo è ammissibile esclusivamente in forma scritta e sottoscritta. Invio: help@pariterequity.com oppure Pariter Equity S.r.l., Viale Parioli 39/C, 00197 Roma.</w:t>
      </w:r>
    </w:p>
    <w:p>
      <w:pPr>
        <w:pStyle w:val="Heading2"/>
      </w:pPr>
      <w:r>
        <w:t>1. Dati del reclamante</w:t>
      </w:r>
    </w:p>
    <w:p>
      <w:r>
        <w:rPr>
          <w:b/>
        </w:rPr>
        <w:t xml:space="preserve">Cognome / Ragione sociale (*): </w:t>
      </w:r>
      <w:r>
        <w:t>____________________________________________________________</w:t>
      </w:r>
    </w:p>
    <w:p>
      <w:r>
        <w:rPr>
          <w:b/>
        </w:rPr>
        <w:t xml:space="preserve">Nome (persona fisica): </w:t>
      </w:r>
      <w:r>
        <w:t>____________________________________________________________</w:t>
      </w:r>
    </w:p>
    <w:p>
      <w:r>
        <w:rPr>
          <w:b/>
        </w:rPr>
        <w:t xml:space="preserve">Numero di registrazione sulla piattaforma (se disponibile): </w:t>
      </w:r>
      <w:r>
        <w:t>____________________________________________________________</w:t>
      </w:r>
    </w:p>
    <w:p>
      <w:r>
        <w:rPr>
          <w:b/>
        </w:rPr>
        <w:t xml:space="preserve">Codice LEI (persone giuridiche, eventuale): </w:t>
      </w:r>
      <w:r>
        <w:t>____________________________________________________________</w:t>
      </w:r>
    </w:p>
    <w:p>
      <w:r>
        <w:rPr>
          <w:b/>
        </w:rPr>
        <w:t xml:space="preserve">Indirizzo (via, civico, piano): </w:t>
      </w:r>
      <w:r>
        <w:t>____________________________________________________________</w:t>
      </w:r>
    </w:p>
    <w:p>
      <w:r>
        <w:rPr>
          <w:b/>
        </w:rPr>
        <w:t xml:space="preserve">CAP: </w:t>
      </w:r>
      <w:r>
        <w:t>____________________________________________________________</w:t>
      </w:r>
    </w:p>
    <w:p>
      <w:r>
        <w:rPr>
          <w:b/>
        </w:rPr>
        <w:t xml:space="preserve">Città: </w:t>
      </w:r>
      <w:r>
        <w:t>____________________________________________________________</w:t>
      </w:r>
    </w:p>
    <w:p>
      <w:r>
        <w:rPr>
          <w:b/>
        </w:rPr>
        <w:t xml:space="preserve">Paese: </w:t>
      </w:r>
      <w:r>
        <w:t>____________________________________________________________</w:t>
      </w:r>
    </w:p>
    <w:p>
      <w:r>
        <w:rPr>
          <w:b/>
        </w:rPr>
        <w:t xml:space="preserve">Telefono: </w:t>
      </w:r>
      <w:r>
        <w:t>____________________________________________________________</w:t>
      </w:r>
    </w:p>
    <w:p>
      <w:r>
        <w:rPr>
          <w:b/>
        </w:rPr>
        <w:t xml:space="preserve">E-mail (*): </w:t>
      </w:r>
      <w:r>
        <w:t>____________________________________________________________</w:t>
      </w:r>
    </w:p>
    <w:p>
      <w:pPr>
        <w:pStyle w:val="Heading2"/>
      </w:pPr>
      <w:r>
        <w:t>2. Rappresentante legale (solo se il reclamo è presentato per conto di altri)</w:t>
      </w:r>
    </w:p>
    <w:p>
      <w:r>
        <w:rPr>
          <w:b/>
        </w:rPr>
        <w:t xml:space="preserve">Cognome / Ragione sociale: </w:t>
      </w:r>
      <w:r>
        <w:t>____________________________________________________________</w:t>
      </w:r>
    </w:p>
    <w:p>
      <w:r>
        <w:rPr>
          <w:b/>
        </w:rPr>
        <w:t xml:space="preserve">Nome: </w:t>
      </w:r>
      <w:r>
        <w:t>____________________________________________________________</w:t>
      </w:r>
    </w:p>
    <w:p>
      <w:r>
        <w:rPr>
          <w:b/>
        </w:rPr>
        <w:t xml:space="preserve">Indirizzo: </w:t>
      </w:r>
      <w:r>
        <w:t>____________________________________________________________</w:t>
      </w:r>
    </w:p>
    <w:p>
      <w:r>
        <w:rPr>
          <w:b/>
        </w:rPr>
        <w:t xml:space="preserve">E-mail: </w:t>
      </w:r>
      <w:r>
        <w:t>____________________________________________________________</w:t>
      </w:r>
    </w:p>
    <w:p>
      <w:r>
        <w:rPr>
          <w:b/>
        </w:rPr>
        <w:t xml:space="preserve">Procura o documento che prova la nomina (da allegare): </w:t>
      </w:r>
      <w:r>
        <w:t>____________________________________________________________</w:t>
      </w:r>
    </w:p>
    <w:p>
      <w:pPr>
        <w:pStyle w:val="Heading2"/>
      </w:pPr>
      <w:r>
        <w:t>3. Informazioni sul reclamo</w:t>
      </w:r>
    </w:p>
    <w:p>
      <w:r>
        <w:rPr>
          <w:b/>
        </w:rPr>
        <w:t xml:space="preserve">Riferimento all'offerta / all'investimento (*): </w:t>
      </w:r>
      <w:r>
        <w:t>____________________________________________________________</w:t>
      </w:r>
    </w:p>
    <w:p>
      <w:r>
        <w:rPr>
          <w:b/>
        </w:rPr>
        <w:t xml:space="preserve">Nome del titolare del progetto / società / progetto: </w:t>
      </w:r>
      <w:r>
        <w:t>____________________________________________________________</w:t>
      </w:r>
    </w:p>
    <w:p>
      <w:r>
        <w:rPr>
          <w:b/>
        </w:rPr>
        <w:t xml:space="preserve">Oggetto del reclamo (*): </w:t>
      </w:r>
      <w:r>
        <w:t>____________________________________________________________</w:t>
      </w:r>
    </w:p>
    <w:p>
      <w:r>
        <w:rPr>
          <w:b/>
        </w:rPr>
        <w:t xml:space="preserve">Data o date dei fatti (*): </w:t>
      </w:r>
      <w:r>
        <w:t>____________________________________________________________</w:t>
      </w:r>
    </w:p>
    <w:p>
      <w:r>
        <w:rPr>
          <w:b/>
        </w:rPr>
        <w:t xml:space="preserve">Descrizione del danno, della perdita o del pregiudizio lamentato: </w:t>
      </w:r>
      <w:r>
        <w:t>____________________________________________________________</w:t>
      </w:r>
    </w:p>
    <w:p>
      <w:r>
        <w:rPr>
          <w:b/>
        </w:rPr>
        <w:t xml:space="preserve">Altre osservazioni (inclusa la corrispondenza già intercorsa con Pariter) e documentazione a sostegno (da allegare): </w:t>
      </w:r>
      <w:r>
        <w:t>____________________________________________________________</w:t>
      </w:r>
    </w:p>
    <w:p>
      <w:pPr>
        <w:pStyle w:val="Heading2"/>
      </w:pPr>
      <w:r>
        <w:t>4. Sottoscrizione</w:t>
      </w:r>
    </w:p>
    <w:p>
      <w:r>
        <w:rPr>
          <w:b/>
        </w:rPr>
        <w:t xml:space="preserve">Luogo: </w:t>
      </w:r>
      <w:r>
        <w:t>____________________________________________________________</w:t>
      </w:r>
    </w:p>
    <w:p>
      <w:r>
        <w:rPr>
          <w:b/>
        </w:rPr>
        <w:t xml:space="preserve">Data: </w:t>
      </w:r>
      <w:r>
        <w:t>____________________________________________________________</w:t>
      </w:r>
    </w:p>
    <w:p>
      <w:r>
        <w:rPr>
          <w:b/>
        </w:rPr>
        <w:t xml:space="preserve">Firma (*): </w:t>
      </w:r>
      <w:r>
        <w:t>____________________________________________________________</w:t>
      </w:r>
    </w:p>
    <w:p>
      <w:r>
        <w:rPr>
          <w:sz w:val="18"/>
        </w:rPr>
        <w:t>I campi contrassegnati con (*) sono obbligatori. Gli elementi essenziali del reclamo sono annotati nel registro reclami tenuto in forma elettronica. Il reclamo può essere presentato anche online: pariterequity.com/reclami/nuovo.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